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762565" cy="7543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62565" cy="7543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762565" cy="7543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62565" cy="7543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5840" w:h="12240" w:orient="landscape"/>
      <w:pgMar w:top="144" w:right="144" w:bottom="144" w:left="14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 Groups Concept Sort</dc:title>
  <dc:subject>Visual concept sort for equal groups</dc:subject>
  <dc:creator>Michelle Simpson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